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54C4A" w14:textId="77777777" w:rsidR="00AD0B6E" w:rsidRDefault="00000000">
      <w:pPr>
        <w:spacing w:after="100"/>
        <w:rPr>
          <w:rFonts w:hint="eastAsia"/>
        </w:rPr>
      </w:pPr>
      <w:r>
        <w:rPr>
          <w:rFonts w:eastAsia="Noto Sans CJK JP"/>
          <w:b/>
          <w:color w:val="525B64"/>
          <w:sz w:val="19"/>
        </w:rPr>
        <w:t>令和８年度 企業組合活性化支援事業</w:t>
      </w:r>
    </w:p>
    <w:p w14:paraId="7D0C6C80" w14:textId="77777777" w:rsidR="00AD0B6E" w:rsidRDefault="00000000">
      <w:pPr>
        <w:spacing w:after="60"/>
        <w:rPr>
          <w:rFonts w:hint="eastAsia"/>
          <w:lang w:eastAsia="ja-JP"/>
        </w:rPr>
      </w:pPr>
      <w:r>
        <w:rPr>
          <w:rFonts w:eastAsia="Noto Sans CJK JP"/>
          <w:b/>
          <w:sz w:val="29"/>
          <w:lang w:eastAsia="ja-JP"/>
        </w:rPr>
        <w:t>「選ばれる理由をつくる」ワークショップ</w:t>
      </w:r>
    </w:p>
    <w:p w14:paraId="60AB5E7D" w14:textId="77777777" w:rsidR="00AD0B6E" w:rsidRDefault="00000000">
      <w:pPr>
        <w:spacing w:after="220"/>
        <w:rPr>
          <w:rFonts w:hint="eastAsia"/>
          <w:lang w:eastAsia="ja-JP"/>
        </w:rPr>
      </w:pPr>
      <w:r>
        <w:rPr>
          <w:rFonts w:eastAsia="Noto Sans CJK JP"/>
          <w:b/>
          <w:sz w:val="42"/>
          <w:lang w:eastAsia="ja-JP"/>
        </w:rPr>
        <w:t>参加申込書</w:t>
      </w:r>
    </w:p>
    <w:p w14:paraId="2954C225" w14:textId="77777777" w:rsidR="00AD0B6E" w:rsidRDefault="00000000">
      <w:pPr>
        <w:spacing w:after="100"/>
        <w:rPr>
          <w:rFonts w:hint="eastAsia"/>
          <w:lang w:eastAsia="ja-JP"/>
        </w:rPr>
      </w:pPr>
      <w:r>
        <w:rPr>
          <w:rFonts w:eastAsia="Noto Sans CJK JP"/>
          <w:b/>
          <w:sz w:val="21"/>
          <w:lang w:eastAsia="ja-JP"/>
        </w:rPr>
        <w:t>お申し込みは、FAXまたはQRコードからお選びいただけます。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4875"/>
      </w:tblGrid>
      <w:tr w:rsidR="00AD0B6E" w14:paraId="27220E39" w14:textId="77777777" w:rsidTr="003866F8">
        <w:trPr>
          <w:jc w:val="center"/>
        </w:trPr>
        <w:tc>
          <w:tcPr>
            <w:tcW w:w="5103" w:type="dxa"/>
            <w:tcBorders>
              <w:top w:val="single" w:sz="11" w:space="0" w:color="1D3552"/>
              <w:bottom w:val="single" w:sz="11" w:space="0" w:color="1D3552"/>
            </w:tcBorders>
            <w:shd w:val="clear" w:color="auto" w:fill="EDF0F3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33A8CC06" w14:textId="77777777" w:rsidR="00AD0B6E" w:rsidRDefault="00000000">
            <w:pPr>
              <w:spacing w:after="80"/>
              <w:rPr>
                <w:rFonts w:hint="eastAsia"/>
                <w:lang w:eastAsia="ja-JP"/>
              </w:rPr>
            </w:pPr>
            <w:r>
              <w:rPr>
                <w:rFonts w:eastAsia="Noto Sans CJK JP"/>
                <w:b/>
                <w:sz w:val="22"/>
                <w:lang w:eastAsia="ja-JP"/>
              </w:rPr>
              <w:t>FAXで申し込む</w:t>
            </w:r>
          </w:p>
          <w:p w14:paraId="6DA7E010" w14:textId="77777777" w:rsidR="00AD0B6E" w:rsidRDefault="00000000">
            <w:pPr>
              <w:spacing w:after="40"/>
              <w:rPr>
                <w:rFonts w:hint="eastAsia"/>
                <w:lang w:eastAsia="ja-JP"/>
              </w:rPr>
            </w:pPr>
            <w:r>
              <w:rPr>
                <w:rFonts w:eastAsia="Noto Sans CJK JP"/>
                <w:b/>
                <w:sz w:val="32"/>
                <w:lang w:eastAsia="ja-JP"/>
              </w:rPr>
              <w:t>FAX 089-975-3611</w:t>
            </w:r>
          </w:p>
          <w:p w14:paraId="5C4BB681" w14:textId="77777777" w:rsidR="00AD0B6E" w:rsidRDefault="00000000">
            <w:pPr>
              <w:spacing w:after="40"/>
              <w:rPr>
                <w:rFonts w:hint="eastAsia"/>
              </w:rPr>
            </w:pPr>
            <w:proofErr w:type="spellStart"/>
            <w:r>
              <w:rPr>
                <w:rFonts w:eastAsia="Noto Sans CJK JP"/>
                <w:sz w:val="19"/>
              </w:rPr>
              <w:t>愛媛県中小企業団体中央会</w:t>
            </w:r>
            <w:proofErr w:type="spellEnd"/>
            <w:r>
              <w:rPr>
                <w:rFonts w:eastAsia="Noto Sans CJK JP"/>
                <w:sz w:val="19"/>
              </w:rPr>
              <w:t xml:space="preserve">　</w:t>
            </w:r>
            <w:proofErr w:type="spellStart"/>
            <w:r>
              <w:rPr>
                <w:rFonts w:eastAsia="Noto Sans CJK JP"/>
                <w:sz w:val="19"/>
              </w:rPr>
              <w:t>大泉</w:t>
            </w:r>
            <w:proofErr w:type="spellEnd"/>
            <w:r>
              <w:rPr>
                <w:rFonts w:eastAsia="Noto Sans CJK JP"/>
                <w:sz w:val="19"/>
              </w:rPr>
              <w:t xml:space="preserve"> 宛</w:t>
            </w:r>
          </w:p>
          <w:p w14:paraId="5FA553E5" w14:textId="77777777" w:rsidR="00AD0B6E" w:rsidRDefault="00000000">
            <w:pPr>
              <w:rPr>
                <w:rFonts w:hint="eastAsia"/>
                <w:lang w:eastAsia="ja-JP"/>
              </w:rPr>
            </w:pPr>
            <w:r>
              <w:rPr>
                <w:rFonts w:eastAsia="Noto Sans CJK JP"/>
                <w:color w:val="525B64"/>
                <w:sz w:val="18"/>
                <w:lang w:eastAsia="ja-JP"/>
              </w:rPr>
              <w:t>以下の申込欄に記入して送信</w:t>
            </w:r>
          </w:p>
        </w:tc>
        <w:tc>
          <w:tcPr>
            <w:tcW w:w="4875" w:type="dxa"/>
            <w:tcBorders>
              <w:top w:val="single" w:sz="11" w:space="0" w:color="1D3552"/>
              <w:bottom w:val="single" w:sz="11" w:space="0" w:color="1D3552"/>
            </w:tcBorders>
            <w:shd w:val="clear" w:color="auto" w:fill="EDF0F3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64905AA5" w14:textId="77777777" w:rsidR="00AD0B6E" w:rsidRDefault="00AD0B6E">
            <w:pPr>
              <w:rPr>
                <w:rFonts w:hint="eastAsia"/>
                <w:lang w:eastAsia="ja-JP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42"/>
              <w:gridCol w:w="1842"/>
            </w:tblGrid>
            <w:tr w:rsidR="00AD0B6E" w14:paraId="4295D4A7" w14:textId="77777777">
              <w:tc>
                <w:tcPr>
                  <w:tcW w:w="1842" w:type="dxa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14:paraId="10F25FB5" w14:textId="77777777" w:rsidR="00AD0B6E" w:rsidRDefault="00000000">
                  <w:pPr>
                    <w:spacing w:after="80"/>
                    <w:rPr>
                      <w:rFonts w:hint="eastAsia"/>
                      <w:lang w:eastAsia="ja-JP"/>
                    </w:rPr>
                  </w:pPr>
                  <w:r>
                    <w:rPr>
                      <w:rFonts w:eastAsia="Noto Sans CJK JP"/>
                      <w:b/>
                      <w:sz w:val="21"/>
                      <w:lang w:eastAsia="ja-JP"/>
                    </w:rPr>
                    <w:t>QRコードから</w:t>
                  </w:r>
                </w:p>
                <w:p w14:paraId="3D4E6E95" w14:textId="77777777" w:rsidR="00AD0B6E" w:rsidRDefault="00000000">
                  <w:pPr>
                    <w:spacing w:after="60"/>
                    <w:rPr>
                      <w:rFonts w:hint="eastAsia"/>
                      <w:lang w:eastAsia="ja-JP"/>
                    </w:rPr>
                  </w:pPr>
                  <w:r>
                    <w:rPr>
                      <w:rFonts w:eastAsia="Noto Sans CJK JP"/>
                      <w:b/>
                      <w:sz w:val="21"/>
                      <w:lang w:eastAsia="ja-JP"/>
                    </w:rPr>
                    <w:t>申し込む</w:t>
                  </w:r>
                </w:p>
                <w:p w14:paraId="04F51D14" w14:textId="77777777" w:rsidR="00AD0B6E" w:rsidRDefault="00000000">
                  <w:pPr>
                    <w:rPr>
                      <w:rFonts w:hint="eastAsia"/>
                    </w:rPr>
                  </w:pPr>
                  <w:proofErr w:type="spellStart"/>
                  <w:r>
                    <w:rPr>
                      <w:rFonts w:eastAsia="Noto Sans CJK JP"/>
                      <w:color w:val="525B64"/>
                      <w:sz w:val="16"/>
                    </w:rPr>
                    <w:t>Web申込フォーム</w:t>
                  </w:r>
                  <w:proofErr w:type="spellEnd"/>
                </w:p>
              </w:tc>
              <w:tc>
                <w:tcPr>
                  <w:tcW w:w="1842" w:type="dxa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14:paraId="4A693EAA" w14:textId="77777777" w:rsidR="00AD0B6E" w:rsidRDefault="00000000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016F7C8" wp14:editId="2C2C6B2E">
                        <wp:extent cx="756000" cy="756000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qr_original_crop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6000" cy="756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90BDCCB" w14:textId="77777777" w:rsidR="00AD0B6E" w:rsidRDefault="00AD0B6E">
            <w:pPr>
              <w:rPr>
                <w:rFonts w:hint="eastAsia"/>
              </w:rPr>
            </w:pPr>
          </w:p>
        </w:tc>
      </w:tr>
    </w:tbl>
    <w:p w14:paraId="60885634" w14:textId="77777777" w:rsidR="00AD0B6E" w:rsidRDefault="00AD0B6E">
      <w:pPr>
        <w:spacing w:line="120" w:lineRule="exact"/>
        <w:rPr>
          <w:rFonts w:hint="eastAsia"/>
        </w:rPr>
      </w:pPr>
    </w:p>
    <w:p w14:paraId="695FFD41" w14:textId="77777777" w:rsidR="00AD0B6E" w:rsidRDefault="00000000">
      <w:pPr>
        <w:spacing w:after="120"/>
        <w:rPr>
          <w:rFonts w:hint="eastAsia"/>
          <w:lang w:eastAsia="ja-JP"/>
        </w:rPr>
      </w:pPr>
      <w:r>
        <w:rPr>
          <w:rFonts w:eastAsia="Noto Sans CJK JP"/>
          <w:sz w:val="19"/>
          <w:lang w:eastAsia="ja-JP"/>
        </w:rPr>
        <w:t>FAXでお申し込みの場合は、参加希望日を選び、下記をご記入ください。</w:t>
      </w:r>
    </w:p>
    <w:p w14:paraId="228383D4" w14:textId="77777777" w:rsidR="00AD0B6E" w:rsidRDefault="00000000">
      <w:pPr>
        <w:pBdr>
          <w:bottom w:val="single" w:sz="8" w:space="4" w:color="293F59"/>
        </w:pBdr>
        <w:spacing w:before="100" w:after="100"/>
        <w:rPr>
          <w:rFonts w:hint="eastAsia"/>
          <w:lang w:eastAsia="ja-JP"/>
        </w:rPr>
      </w:pPr>
      <w:r>
        <w:rPr>
          <w:rFonts w:eastAsia="Noto Sans CJK JP"/>
          <w:b/>
          <w:sz w:val="23"/>
          <w:lang w:eastAsia="ja-JP"/>
        </w:rPr>
        <w:t>参加希望日</w:t>
      </w:r>
      <w:r>
        <w:rPr>
          <w:rFonts w:eastAsia="Noto Sans CJK JP"/>
          <w:color w:val="525B64"/>
          <w:sz w:val="18"/>
          <w:lang w:eastAsia="ja-JP"/>
        </w:rPr>
        <w:t xml:space="preserve">　複数選択可／1回だけの参加も可能です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241"/>
      </w:tblGrid>
      <w:tr w:rsidR="00AD0B6E" w14:paraId="0924B503" w14:textId="77777777">
        <w:trPr>
          <w:trHeight w:val="765"/>
          <w:jc w:val="center"/>
        </w:trPr>
        <w:tc>
          <w:tcPr>
            <w:tcW w:w="737" w:type="dxa"/>
            <w:tcBorders>
              <w:bottom w:val="single" w:sz="5" w:space="0" w:color="A6B1BA"/>
            </w:tcBorders>
            <w:tcMar>
              <w:top w:w="95" w:type="dxa"/>
              <w:left w:w="120" w:type="dxa"/>
              <w:bottom w:w="85" w:type="dxa"/>
              <w:right w:w="120" w:type="dxa"/>
            </w:tcMar>
            <w:vAlign w:val="center"/>
          </w:tcPr>
          <w:p w14:paraId="2A650DFF" w14:textId="77777777" w:rsidR="00AD0B6E" w:rsidRDefault="00000000">
            <w:pPr>
              <w:jc w:val="center"/>
              <w:rPr>
                <w:rFonts w:hint="eastAsia"/>
              </w:rPr>
            </w:pPr>
            <w:r>
              <w:rPr>
                <w:rFonts w:eastAsia="Noto Sans CJK JP"/>
                <w:sz w:val="34"/>
              </w:rPr>
              <w:t>□</w:t>
            </w:r>
          </w:p>
        </w:tc>
        <w:tc>
          <w:tcPr>
            <w:tcW w:w="9241" w:type="dxa"/>
            <w:tcBorders>
              <w:bottom w:val="single" w:sz="5" w:space="0" w:color="A6B1BA"/>
            </w:tcBorders>
            <w:tcMar>
              <w:top w:w="95" w:type="dxa"/>
              <w:left w:w="120" w:type="dxa"/>
              <w:bottom w:w="85" w:type="dxa"/>
              <w:right w:w="120" w:type="dxa"/>
            </w:tcMar>
            <w:vAlign w:val="center"/>
          </w:tcPr>
          <w:p w14:paraId="01D6A909" w14:textId="77777777" w:rsidR="00AD0B6E" w:rsidRDefault="00000000">
            <w:pPr>
              <w:spacing w:after="20"/>
              <w:rPr>
                <w:rFonts w:hint="eastAsia"/>
                <w:lang w:eastAsia="ja-JP"/>
              </w:rPr>
            </w:pPr>
            <w:r>
              <w:rPr>
                <w:rFonts w:eastAsia="Noto Sans CJK JP"/>
                <w:b/>
                <w:sz w:val="22"/>
                <w:lang w:eastAsia="ja-JP"/>
              </w:rPr>
              <w:t>11/30（月）13:30～　誰に伝える？</w:t>
            </w:r>
          </w:p>
          <w:p w14:paraId="231F76FE" w14:textId="77777777" w:rsidR="00AD0B6E" w:rsidRDefault="00000000">
            <w:pPr>
              <w:rPr>
                <w:rFonts w:hint="eastAsia"/>
                <w:lang w:eastAsia="ja-JP"/>
              </w:rPr>
            </w:pPr>
            <w:r>
              <w:rPr>
                <w:rFonts w:eastAsia="Noto Sans CJK JP"/>
                <w:color w:val="525B64"/>
                <w:sz w:val="18"/>
                <w:lang w:eastAsia="ja-JP"/>
              </w:rPr>
              <w:t>ターゲットと価値の整理</w:t>
            </w:r>
          </w:p>
        </w:tc>
      </w:tr>
      <w:tr w:rsidR="00AD0B6E" w14:paraId="084D0088" w14:textId="77777777">
        <w:trPr>
          <w:trHeight w:val="765"/>
          <w:jc w:val="center"/>
        </w:trPr>
        <w:tc>
          <w:tcPr>
            <w:tcW w:w="737" w:type="dxa"/>
            <w:tcBorders>
              <w:bottom w:val="single" w:sz="5" w:space="0" w:color="A6B1BA"/>
            </w:tcBorders>
            <w:tcMar>
              <w:top w:w="95" w:type="dxa"/>
              <w:left w:w="120" w:type="dxa"/>
              <w:bottom w:w="85" w:type="dxa"/>
              <w:right w:w="120" w:type="dxa"/>
            </w:tcMar>
            <w:vAlign w:val="center"/>
          </w:tcPr>
          <w:p w14:paraId="6040EA30" w14:textId="77777777" w:rsidR="00AD0B6E" w:rsidRDefault="00000000">
            <w:pPr>
              <w:jc w:val="center"/>
              <w:rPr>
                <w:rFonts w:hint="eastAsia"/>
              </w:rPr>
            </w:pPr>
            <w:r>
              <w:rPr>
                <w:rFonts w:eastAsia="Noto Sans CJK JP"/>
                <w:sz w:val="34"/>
              </w:rPr>
              <w:t>□</w:t>
            </w:r>
          </w:p>
        </w:tc>
        <w:tc>
          <w:tcPr>
            <w:tcW w:w="9241" w:type="dxa"/>
            <w:tcBorders>
              <w:bottom w:val="single" w:sz="5" w:space="0" w:color="A6B1BA"/>
            </w:tcBorders>
            <w:tcMar>
              <w:top w:w="95" w:type="dxa"/>
              <w:left w:w="120" w:type="dxa"/>
              <w:bottom w:w="85" w:type="dxa"/>
              <w:right w:w="120" w:type="dxa"/>
            </w:tcMar>
            <w:vAlign w:val="center"/>
          </w:tcPr>
          <w:p w14:paraId="356512D2" w14:textId="77777777" w:rsidR="00AD0B6E" w:rsidRDefault="00000000">
            <w:pPr>
              <w:spacing w:after="20"/>
              <w:rPr>
                <w:rFonts w:hint="eastAsia"/>
                <w:lang w:eastAsia="ja-JP"/>
              </w:rPr>
            </w:pPr>
            <w:r>
              <w:rPr>
                <w:rFonts w:eastAsia="Noto Sans CJK JP"/>
                <w:b/>
                <w:sz w:val="22"/>
                <w:lang w:eastAsia="ja-JP"/>
              </w:rPr>
              <w:t>12/14（月）13:30～　どう伝える？</w:t>
            </w:r>
          </w:p>
          <w:p w14:paraId="018FE4E6" w14:textId="77777777" w:rsidR="00AD0B6E" w:rsidRDefault="00000000">
            <w:pPr>
              <w:rPr>
                <w:rFonts w:hint="eastAsia"/>
                <w:lang w:eastAsia="ja-JP"/>
              </w:rPr>
            </w:pPr>
            <w:r>
              <w:rPr>
                <w:rFonts w:eastAsia="Noto Sans CJK JP"/>
                <w:color w:val="525B64"/>
                <w:sz w:val="18"/>
                <w:lang w:eastAsia="ja-JP"/>
              </w:rPr>
              <w:t>商談シート・訴求メッセージづくり</w:t>
            </w:r>
          </w:p>
        </w:tc>
      </w:tr>
      <w:tr w:rsidR="00AD0B6E" w14:paraId="2A960DCA" w14:textId="77777777">
        <w:trPr>
          <w:trHeight w:val="765"/>
          <w:jc w:val="center"/>
        </w:trPr>
        <w:tc>
          <w:tcPr>
            <w:tcW w:w="737" w:type="dxa"/>
            <w:tcBorders>
              <w:bottom w:val="single" w:sz="5" w:space="0" w:color="A6B1BA"/>
            </w:tcBorders>
            <w:tcMar>
              <w:top w:w="95" w:type="dxa"/>
              <w:left w:w="120" w:type="dxa"/>
              <w:bottom w:w="85" w:type="dxa"/>
              <w:right w:w="120" w:type="dxa"/>
            </w:tcMar>
            <w:vAlign w:val="center"/>
          </w:tcPr>
          <w:p w14:paraId="0D1A24FF" w14:textId="77777777" w:rsidR="00AD0B6E" w:rsidRDefault="00000000">
            <w:pPr>
              <w:jc w:val="center"/>
              <w:rPr>
                <w:rFonts w:hint="eastAsia"/>
              </w:rPr>
            </w:pPr>
            <w:r>
              <w:rPr>
                <w:rFonts w:eastAsia="Noto Sans CJK JP"/>
                <w:sz w:val="34"/>
              </w:rPr>
              <w:t>□</w:t>
            </w:r>
          </w:p>
        </w:tc>
        <w:tc>
          <w:tcPr>
            <w:tcW w:w="9241" w:type="dxa"/>
            <w:tcBorders>
              <w:bottom w:val="single" w:sz="5" w:space="0" w:color="A6B1BA"/>
            </w:tcBorders>
            <w:tcMar>
              <w:top w:w="95" w:type="dxa"/>
              <w:left w:w="120" w:type="dxa"/>
              <w:bottom w:w="85" w:type="dxa"/>
              <w:right w:w="120" w:type="dxa"/>
            </w:tcMar>
            <w:vAlign w:val="center"/>
          </w:tcPr>
          <w:p w14:paraId="3F0A0378" w14:textId="77777777" w:rsidR="00AD0B6E" w:rsidRDefault="00000000">
            <w:pPr>
              <w:spacing w:after="20"/>
              <w:rPr>
                <w:rFonts w:hint="eastAsia"/>
                <w:lang w:eastAsia="ja-JP"/>
              </w:rPr>
            </w:pPr>
            <w:r>
              <w:rPr>
                <w:rFonts w:eastAsia="Noto Sans CJK JP"/>
                <w:b/>
                <w:sz w:val="22"/>
                <w:lang w:eastAsia="ja-JP"/>
              </w:rPr>
              <w:t>2027/1/20（水）13:30～　どう見せる？</w:t>
            </w:r>
          </w:p>
          <w:p w14:paraId="7E33F6F5" w14:textId="77777777" w:rsidR="00AD0B6E" w:rsidRDefault="00000000">
            <w:pPr>
              <w:rPr>
                <w:rFonts w:hint="eastAsia"/>
                <w:lang w:eastAsia="ja-JP"/>
              </w:rPr>
            </w:pPr>
            <w:r>
              <w:rPr>
                <w:rFonts w:eastAsia="Noto Sans CJK JP"/>
                <w:color w:val="525B64"/>
                <w:sz w:val="18"/>
                <w:lang w:eastAsia="ja-JP"/>
              </w:rPr>
              <w:t>売り場改善・POP・SNS投稿</w:t>
            </w:r>
          </w:p>
        </w:tc>
      </w:tr>
    </w:tbl>
    <w:p w14:paraId="599BD0BA" w14:textId="77777777" w:rsidR="00AD0B6E" w:rsidRDefault="00AD0B6E">
      <w:pPr>
        <w:spacing w:line="100" w:lineRule="exact"/>
        <w:rPr>
          <w:rFonts w:hint="eastAsia"/>
          <w:lang w:eastAsia="ja-JP"/>
        </w:rPr>
      </w:pPr>
    </w:p>
    <w:p w14:paraId="49A36150" w14:textId="77777777" w:rsidR="00AD0B6E" w:rsidRDefault="00000000">
      <w:pPr>
        <w:pBdr>
          <w:bottom w:val="single" w:sz="8" w:space="4" w:color="293F59"/>
        </w:pBdr>
        <w:spacing w:before="100" w:after="100"/>
        <w:rPr>
          <w:rFonts w:hint="eastAsia"/>
        </w:rPr>
      </w:pPr>
      <w:proofErr w:type="spellStart"/>
      <w:r>
        <w:rPr>
          <w:rFonts w:eastAsia="Noto Sans CJK JP"/>
          <w:b/>
          <w:sz w:val="23"/>
        </w:rPr>
        <w:t>お申込者情報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11"/>
        <w:gridCol w:w="7767"/>
      </w:tblGrid>
      <w:tr w:rsidR="00AD0B6E" w14:paraId="615AA355" w14:textId="77777777">
        <w:trPr>
          <w:trHeight w:val="567"/>
          <w:jc w:val="center"/>
        </w:trPr>
        <w:tc>
          <w:tcPr>
            <w:tcW w:w="2211" w:type="dxa"/>
            <w:tcBorders>
              <w:bottom w:val="single" w:sz="6" w:space="0" w:color="A6B1BA"/>
            </w:tcBorders>
            <w:shd w:val="clear" w:color="auto" w:fill="F2F3F4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BD90990" w14:textId="77777777" w:rsidR="00AD0B6E" w:rsidRDefault="00000000">
            <w:pPr>
              <w:rPr>
                <w:rFonts w:hint="eastAsia"/>
              </w:rPr>
            </w:pPr>
            <w:r>
              <w:rPr>
                <w:rFonts w:eastAsia="Noto Sans CJK JP"/>
                <w:b/>
                <w:sz w:val="21"/>
              </w:rPr>
              <w:t>組合名</w:t>
            </w:r>
          </w:p>
        </w:tc>
        <w:tc>
          <w:tcPr>
            <w:tcW w:w="7767" w:type="dxa"/>
            <w:tcBorders>
              <w:bottom w:val="single" w:sz="6" w:space="0" w:color="A6B1B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050A86F" w14:textId="77777777" w:rsidR="00AD0B6E" w:rsidRDefault="00AD0B6E">
            <w:pPr>
              <w:rPr>
                <w:rFonts w:hint="eastAsia"/>
              </w:rPr>
            </w:pPr>
          </w:p>
        </w:tc>
      </w:tr>
      <w:tr w:rsidR="00AD0B6E" w14:paraId="25195ED0" w14:textId="77777777">
        <w:trPr>
          <w:trHeight w:val="624"/>
          <w:jc w:val="center"/>
        </w:trPr>
        <w:tc>
          <w:tcPr>
            <w:tcW w:w="2211" w:type="dxa"/>
            <w:tcBorders>
              <w:bottom w:val="single" w:sz="6" w:space="0" w:color="A6B1BA"/>
            </w:tcBorders>
            <w:shd w:val="clear" w:color="auto" w:fill="F2F3F4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D38DB34" w14:textId="77777777" w:rsidR="00AD0B6E" w:rsidRDefault="00000000">
            <w:pPr>
              <w:rPr>
                <w:rFonts w:hint="eastAsia"/>
              </w:rPr>
            </w:pPr>
            <w:r>
              <w:rPr>
                <w:rFonts w:eastAsia="Noto Sans CJK JP"/>
                <w:b/>
                <w:sz w:val="21"/>
              </w:rPr>
              <w:t>参加者氏名</w:t>
            </w:r>
          </w:p>
        </w:tc>
        <w:tc>
          <w:tcPr>
            <w:tcW w:w="7767" w:type="dxa"/>
            <w:tcBorders>
              <w:bottom w:val="single" w:sz="6" w:space="0" w:color="A6B1B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93E463D" w14:textId="77777777" w:rsidR="00AD0B6E" w:rsidRDefault="00AD0B6E">
            <w:pPr>
              <w:rPr>
                <w:rFonts w:hint="eastAsia"/>
              </w:rPr>
            </w:pPr>
          </w:p>
        </w:tc>
      </w:tr>
      <w:tr w:rsidR="00AD0B6E" w14:paraId="2B9533EA" w14:textId="77777777">
        <w:trPr>
          <w:trHeight w:val="567"/>
          <w:jc w:val="center"/>
        </w:trPr>
        <w:tc>
          <w:tcPr>
            <w:tcW w:w="2211" w:type="dxa"/>
            <w:tcBorders>
              <w:bottom w:val="single" w:sz="6" w:space="0" w:color="A6B1BA"/>
            </w:tcBorders>
            <w:shd w:val="clear" w:color="auto" w:fill="F2F3F4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957246F" w14:textId="77777777" w:rsidR="00AD0B6E" w:rsidRDefault="00000000">
            <w:pPr>
              <w:rPr>
                <w:rFonts w:hint="eastAsia"/>
              </w:rPr>
            </w:pPr>
            <w:r>
              <w:rPr>
                <w:rFonts w:eastAsia="Noto Sans CJK JP"/>
                <w:b/>
                <w:sz w:val="21"/>
              </w:rPr>
              <w:t>電話番号</w:t>
            </w:r>
          </w:p>
        </w:tc>
        <w:tc>
          <w:tcPr>
            <w:tcW w:w="7767" w:type="dxa"/>
            <w:tcBorders>
              <w:bottom w:val="single" w:sz="6" w:space="0" w:color="A6B1B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F1D8C1D" w14:textId="77777777" w:rsidR="00AD0B6E" w:rsidRDefault="00AD0B6E">
            <w:pPr>
              <w:rPr>
                <w:rFonts w:hint="eastAsia"/>
              </w:rPr>
            </w:pPr>
          </w:p>
        </w:tc>
      </w:tr>
      <w:tr w:rsidR="00AD0B6E" w14:paraId="6400D52B" w14:textId="77777777">
        <w:trPr>
          <w:trHeight w:val="567"/>
          <w:jc w:val="center"/>
        </w:trPr>
        <w:tc>
          <w:tcPr>
            <w:tcW w:w="2211" w:type="dxa"/>
            <w:tcBorders>
              <w:bottom w:val="single" w:sz="6" w:space="0" w:color="A6B1BA"/>
            </w:tcBorders>
            <w:shd w:val="clear" w:color="auto" w:fill="F2F3F4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29326F2" w14:textId="77777777" w:rsidR="00AD0B6E" w:rsidRDefault="00000000">
            <w:pPr>
              <w:rPr>
                <w:rFonts w:hint="eastAsia"/>
              </w:rPr>
            </w:pPr>
            <w:proofErr w:type="spellStart"/>
            <w:r>
              <w:rPr>
                <w:rFonts w:eastAsia="Noto Sans CJK JP"/>
                <w:b/>
                <w:sz w:val="21"/>
              </w:rPr>
              <w:t>メールアドレス</w:t>
            </w:r>
            <w:proofErr w:type="spellEnd"/>
          </w:p>
        </w:tc>
        <w:tc>
          <w:tcPr>
            <w:tcW w:w="7767" w:type="dxa"/>
            <w:tcBorders>
              <w:bottom w:val="single" w:sz="6" w:space="0" w:color="A6B1B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249CB17" w14:textId="77777777" w:rsidR="00AD0B6E" w:rsidRDefault="00AD0B6E">
            <w:pPr>
              <w:rPr>
                <w:rFonts w:hint="eastAsia"/>
              </w:rPr>
            </w:pPr>
          </w:p>
        </w:tc>
      </w:tr>
    </w:tbl>
    <w:p w14:paraId="0EFECC16" w14:textId="77777777" w:rsidR="00AD0B6E" w:rsidRDefault="00AD0B6E">
      <w:pPr>
        <w:spacing w:line="100" w:lineRule="exact"/>
        <w:rPr>
          <w:rFonts w:hint="eastAsia"/>
        </w:rPr>
      </w:pPr>
    </w:p>
    <w:p w14:paraId="5FE81CF7" w14:textId="77777777" w:rsidR="00AD0B6E" w:rsidRDefault="00000000">
      <w:pPr>
        <w:pBdr>
          <w:bottom w:val="single" w:sz="8" w:space="4" w:color="293F59"/>
        </w:pBdr>
        <w:spacing w:before="100" w:after="100"/>
        <w:rPr>
          <w:rFonts w:hint="eastAsia"/>
          <w:lang w:eastAsia="ja-JP"/>
        </w:rPr>
      </w:pPr>
      <w:r>
        <w:rPr>
          <w:rFonts w:eastAsia="Noto Sans CJK JP"/>
          <w:b/>
          <w:sz w:val="23"/>
          <w:lang w:eastAsia="ja-JP"/>
        </w:rPr>
        <w:t>事前に聞いてみたいこと・相談したいこと</w:t>
      </w:r>
      <w:r>
        <w:rPr>
          <w:rFonts w:eastAsia="Noto Sans CJK JP"/>
          <w:color w:val="525B64"/>
          <w:sz w:val="18"/>
          <w:lang w:eastAsia="ja-JP"/>
        </w:rPr>
        <w:t xml:space="preserve">　任意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66"/>
      </w:tblGrid>
      <w:tr w:rsidR="00AD0B6E" w14:paraId="1109C901" w14:textId="77777777">
        <w:tc>
          <w:tcPr>
            <w:tcW w:w="9978" w:type="dxa"/>
            <w:tcBorders>
              <w:top w:val="single" w:sz="5" w:space="0" w:color="A6B1BA"/>
              <w:left w:val="single" w:sz="5" w:space="0" w:color="A6B1BA"/>
              <w:bottom w:val="single" w:sz="5" w:space="0" w:color="A6B1BA"/>
              <w:right w:val="single" w:sz="5" w:space="0" w:color="A6B1BA"/>
            </w:tcBorders>
            <w:tcMar>
              <w:top w:w="150" w:type="dxa"/>
              <w:left w:w="120" w:type="dxa"/>
              <w:bottom w:w="120" w:type="dxa"/>
              <w:right w:w="120" w:type="dxa"/>
            </w:tcMar>
          </w:tcPr>
          <w:p w14:paraId="66AC19AD" w14:textId="77777777" w:rsidR="00AD0B6E" w:rsidRDefault="00000000">
            <w:pPr>
              <w:spacing w:after="160"/>
              <w:rPr>
                <w:rFonts w:hint="eastAsia"/>
                <w:lang w:eastAsia="ja-JP"/>
              </w:rPr>
            </w:pPr>
            <w:r>
              <w:rPr>
                <w:rFonts w:eastAsia="Noto Sans CJK JP"/>
                <w:lang w:eastAsia="ja-JP"/>
              </w:rPr>
              <w:t xml:space="preserve"> </w:t>
            </w:r>
          </w:p>
          <w:p w14:paraId="60D23062" w14:textId="77777777" w:rsidR="00AD0B6E" w:rsidRDefault="00000000">
            <w:pPr>
              <w:spacing w:after="120"/>
              <w:rPr>
                <w:lang w:eastAsia="ja-JP"/>
              </w:rPr>
            </w:pPr>
            <w:r>
              <w:rPr>
                <w:rFonts w:eastAsia="Noto Sans CJK JP"/>
                <w:lang w:eastAsia="ja-JP"/>
              </w:rPr>
              <w:t xml:space="preserve"> </w:t>
            </w:r>
          </w:p>
          <w:p w14:paraId="7361FBE7" w14:textId="77777777" w:rsidR="003866F8" w:rsidRPr="003866F8" w:rsidRDefault="003866F8">
            <w:pPr>
              <w:spacing w:after="120"/>
              <w:rPr>
                <w:rFonts w:hint="eastAsia"/>
                <w:lang w:eastAsia="ja-JP"/>
              </w:rPr>
            </w:pPr>
          </w:p>
        </w:tc>
      </w:tr>
    </w:tbl>
    <w:p w14:paraId="3F70D70C" w14:textId="77777777" w:rsidR="00AD0B6E" w:rsidRDefault="00AD0B6E">
      <w:pPr>
        <w:spacing w:line="160" w:lineRule="exact"/>
        <w:rPr>
          <w:rFonts w:hint="eastAsia"/>
          <w:lang w:eastAsia="ja-JP"/>
        </w:rPr>
      </w:pPr>
    </w:p>
    <w:p w14:paraId="66F6BD3A" w14:textId="77777777" w:rsidR="00AD0B6E" w:rsidRDefault="00000000">
      <w:pPr>
        <w:spacing w:after="100"/>
        <w:rPr>
          <w:rFonts w:hint="eastAsia"/>
          <w:lang w:eastAsia="ja-JP"/>
        </w:rPr>
      </w:pPr>
      <w:r>
        <w:rPr>
          <w:rFonts w:eastAsia="Noto Sans CJK JP"/>
          <w:b/>
          <w:sz w:val="21"/>
          <w:lang w:eastAsia="ja-JP"/>
        </w:rPr>
        <w:t>【開催概要】</w:t>
      </w:r>
    </w:p>
    <w:p w14:paraId="22C63A0E" w14:textId="77777777" w:rsidR="00AD0B6E" w:rsidRDefault="00000000">
      <w:pPr>
        <w:spacing w:after="40"/>
        <w:rPr>
          <w:rFonts w:hint="eastAsia"/>
          <w:lang w:eastAsia="ja-JP"/>
        </w:rPr>
      </w:pPr>
      <w:r>
        <w:rPr>
          <w:rFonts w:eastAsia="Noto Sans CJK JP"/>
          <w:sz w:val="19"/>
          <w:lang w:eastAsia="ja-JP"/>
        </w:rPr>
        <w:t>対象：愛媛県内の企業組合　　参加費：無料　　定員：15名程度（先着順）</w:t>
      </w:r>
    </w:p>
    <w:p w14:paraId="29ADF8B7" w14:textId="77777777" w:rsidR="00AD0B6E" w:rsidRDefault="00000000">
      <w:pPr>
        <w:rPr>
          <w:rFonts w:hint="eastAsia"/>
          <w:lang w:eastAsia="ja-JP"/>
        </w:rPr>
      </w:pPr>
      <w:r>
        <w:rPr>
          <w:rFonts w:eastAsia="Noto Sans CJK JP"/>
          <w:sz w:val="19"/>
          <w:lang w:eastAsia="ja-JP"/>
        </w:rPr>
        <w:t>会場：卯之町駅前複合施設「ゆるりあん」多目的室B</w:t>
      </w:r>
    </w:p>
    <w:p w14:paraId="122B3EDA" w14:textId="77777777" w:rsidR="00AD0B6E" w:rsidRDefault="00000000">
      <w:pPr>
        <w:rPr>
          <w:rFonts w:hint="eastAsia"/>
          <w:lang w:eastAsia="ja-JP"/>
        </w:rPr>
      </w:pPr>
      <w:r>
        <w:rPr>
          <w:rFonts w:eastAsia="Noto Sans CJK JP"/>
          <w:sz w:val="18"/>
          <w:lang w:eastAsia="ja-JP"/>
        </w:rPr>
        <w:t xml:space="preserve">　　　〒797-0015 愛媛県西予市宇和町卯之町三丁目435-1</w:t>
      </w:r>
    </w:p>
    <w:sectPr w:rsidR="00AD0B6E" w:rsidSect="00034616">
      <w:footerReference w:type="default" r:id="rId9"/>
      <w:pgSz w:w="11906" w:h="16838"/>
      <w:pgMar w:top="680" w:right="964" w:bottom="680" w:left="96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92CC7" w14:textId="77777777" w:rsidR="00117E68" w:rsidRDefault="00117E68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AE04306" w14:textId="77777777" w:rsidR="00117E68" w:rsidRDefault="00117E68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3A41C" w14:textId="77777777" w:rsidR="00AD0B6E" w:rsidRDefault="00000000">
    <w:pPr>
      <w:pStyle w:val="a7"/>
      <w:jc w:val="right"/>
      <w:rPr>
        <w:rFonts w:hint="eastAsia"/>
        <w:lang w:eastAsia="ja-JP"/>
      </w:rPr>
    </w:pPr>
    <w:r>
      <w:rPr>
        <w:rFonts w:eastAsia="Noto Sans CJK JP"/>
        <w:color w:val="525B64"/>
        <w:sz w:val="17"/>
        <w:lang w:eastAsia="ja-JP"/>
      </w:rPr>
      <w:t>お問合せ：愛媛県中小企業団体中央会 大泉　TEL 080-3161-8359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4E463" w14:textId="77777777" w:rsidR="00117E68" w:rsidRDefault="00117E68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3D9252E4" w14:textId="77777777" w:rsidR="00117E68" w:rsidRDefault="00117E68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5650885">
    <w:abstractNumId w:val="8"/>
  </w:num>
  <w:num w:numId="2" w16cid:durableId="1279799315">
    <w:abstractNumId w:val="6"/>
  </w:num>
  <w:num w:numId="3" w16cid:durableId="587470106">
    <w:abstractNumId w:val="5"/>
  </w:num>
  <w:num w:numId="4" w16cid:durableId="1101335823">
    <w:abstractNumId w:val="4"/>
  </w:num>
  <w:num w:numId="5" w16cid:durableId="1365711028">
    <w:abstractNumId w:val="7"/>
  </w:num>
  <w:num w:numId="6" w16cid:durableId="164248660">
    <w:abstractNumId w:val="3"/>
  </w:num>
  <w:num w:numId="7" w16cid:durableId="985167194">
    <w:abstractNumId w:val="2"/>
  </w:num>
  <w:num w:numId="8" w16cid:durableId="2128314085">
    <w:abstractNumId w:val="1"/>
  </w:num>
  <w:num w:numId="9" w16cid:durableId="650987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7E68"/>
    <w:rsid w:val="0015074B"/>
    <w:rsid w:val="00246250"/>
    <w:rsid w:val="0029639D"/>
    <w:rsid w:val="00326F90"/>
    <w:rsid w:val="003866F8"/>
    <w:rsid w:val="00AA1D8D"/>
    <w:rsid w:val="00AD0B6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4C64BA"/>
  <w14:defaultImageDpi w14:val="300"/>
  <w15:docId w15:val="{0056C482-B7CE-40C8-8CC5-9860A34C0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69" w:lineRule="auto"/>
    </w:pPr>
    <w:rPr>
      <w:rFonts w:ascii="Noto Sans CJK JP" w:hAnsi="Noto Sans CJK JP"/>
      <w:color w:val="192E48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ooizumi</cp:lastModifiedBy>
  <cp:revision>2</cp:revision>
  <dcterms:created xsi:type="dcterms:W3CDTF">2026-11-05T07:27:00Z</dcterms:created>
  <dcterms:modified xsi:type="dcterms:W3CDTF">2026-11-05T07:27:00Z</dcterms:modified>
  <cp:category/>
</cp:coreProperties>
</file>